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Vacation rental check out instructions</w:t>
      </w:r>
    </w:p>
    <w:p>
      <w:r>
        <w:t>Replace the bracketed fields with checked property details. Remove lines that do not apply and keep working access details in your private guest process.</w:t>
      </w:r>
    </w:p>
    <w:p>
      <w:r>
        <w:t>Hello [guest name],</w:t>
      </w:r>
    </w:p>
    <w:p>
      <w:r>
        <w:t>We hope you have enjoyed your stay at [property name].</w:t>
      </w:r>
    </w:p>
    <w:p>
      <w:r>
        <w:t>Check-out is by [time and time zone] on [date].</w:t>
      </w:r>
    </w:p>
    <w:p>
      <w:r>
        <w:t>Before you leave, please:</w:t>
      </w:r>
    </w:p>
    <w:p>
      <w:r>
        <w:t>1. [Agreed departure task, such as closing the windows].</w:t>
      </w:r>
    </w:p>
    <w:p>
      <w:r>
        <w:t>2. [Agreed departure task, such as placing rubbish in the named bin].</w:t>
      </w:r>
    </w:p>
    <w:p>
      <w:r>
        <w:t>3. Return the keys to [agreed location or key-safe process].</w:t>
      </w:r>
    </w:p>
    <w:p>
      <w:r>
        <w:t>4. Check for belongings and secure [the door / gate as agreed].</w:t>
      </w:r>
    </w:p>
    <w:p>
      <w:r>
        <w:t>Leave [heating or other equipment] on [the verified departure setting].</w:t>
      </w:r>
    </w:p>
    <w:p>
      <w:r>
        <w:t>No additional cleaning is requested beyond [tasks already agreed in the booking].</w:t>
      </w:r>
    </w:p>
    <w:p>
      <w:r>
        <w:t>Please confirm departure through [booking message thread].</w:t>
      </w:r>
    </w:p>
    <w:p>
      <w:r>
        <w:t>If you need a later departure, message [host contact]; we will confirm whether it is possible.</w:t>
      </w:r>
    </w:p>
    <w:p>
      <w:r>
        <w:t>Thank you for staying with us,</w:t>
      </w:r>
    </w:p>
    <w:p>
      <w:r>
        <w:t>[host name]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7"/>
      </w:rPr>
      <w:t xml:space="preserve">WelcomeFlat   |   welcomeflat.com/resources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Vacation rental check out instructions</dc:title>
  <dc:subject>Free editable guest instructions</dc:subject>
  <dc:creator>WelcomeFlat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